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CENOVÁ NABÍDKA č. ____</w:t>
      </w:r>
    </w:p>
    <w:p>
      <w:r>
        <w:t>Dodavatel: ______________________  IČO: __________  DIČ: __________</w:t>
        <w:br/>
        <w:t>Adresa: ______________________________________________</w:t>
        <w:br/>
        <w:t>Telefon: ____________  E-mail: ____________________</w:t>
      </w:r>
    </w:p>
    <w:p>
      <w:r>
        <w:t>Odběratel: ______________________  IČO: __________  DIČ: __________</w:t>
        <w:br/>
        <w:t>Adresa: ______________________________________________</w:t>
      </w:r>
    </w:p>
    <w:p>
      <w:r>
        <w:t>Datum vystavení: __________    Platnost nabídky do: __________</w:t>
      </w:r>
    </w:p>
    <w:p>
      <w:pPr>
        <w:pStyle w:val="Heading1"/>
      </w:pPr>
      <w:r>
        <w:t>Předmět nabídky</w:t>
      </w:r>
    </w:p>
    <w:p>
      <w:r>
        <w:t>Stručný popis zakázky: 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Položka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Množství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MJ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Cena/MJ bez DPH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Celkem bez DPH</w:t>
            </w:r>
          </w:p>
        </w:tc>
      </w:tr>
      <w:tr>
        <w:tc>
          <w:tcPr>
            <w:tcW w:type="dxa" w:w="1728"/>
          </w:tcPr>
          <w:p>
            <w:r>
              <w:t>Obklad do koupelny 60×60 cm</w:t>
            </w:r>
          </w:p>
        </w:tc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m²</w:t>
            </w:r>
          </w:p>
        </w:tc>
        <w:tc>
          <w:tcPr>
            <w:tcW w:type="dxa" w:w="1728"/>
          </w:tcPr>
          <w:p>
            <w:r>
              <w:t>499</w:t>
            </w:r>
          </w:p>
        </w:tc>
        <w:tc>
          <w:tcPr>
            <w:tcW w:type="dxa" w:w="1728"/>
          </w:tcPr>
          <w:p>
            <w:r>
              <w:t>5 988</w:t>
            </w:r>
          </w:p>
        </w:tc>
      </w:tr>
      <w:tr>
        <w:tc>
          <w:tcPr>
            <w:tcW w:type="dxa" w:w="1728"/>
          </w:tcPr>
          <w:p>
            <w:r>
              <w:t>Lepidlo na obklady 25 kg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ks</w:t>
            </w:r>
          </w:p>
        </w:tc>
        <w:tc>
          <w:tcPr>
            <w:tcW w:type="dxa" w:w="1728"/>
          </w:tcPr>
          <w:p>
            <w:r>
              <w:t>189</w:t>
            </w:r>
          </w:p>
        </w:tc>
        <w:tc>
          <w:tcPr>
            <w:tcW w:type="dxa" w:w="1728"/>
          </w:tcPr>
          <w:p>
            <w:r>
              <w:t>567</w:t>
            </w:r>
          </w:p>
        </w:tc>
      </w:tr>
      <w:tr>
        <w:tc>
          <w:tcPr>
            <w:tcW w:type="dxa" w:w="1728"/>
          </w:tcPr>
          <w:p>
            <w:r>
              <w:t>Pokládka obkladů vč. řezání</w:t>
            </w:r>
          </w:p>
        </w:tc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m²</w:t>
            </w:r>
          </w:p>
        </w:tc>
        <w:tc>
          <w:tcPr>
            <w:tcW w:type="dxa" w:w="1728"/>
          </w:tcPr>
          <w:p>
            <w:r>
              <w:t>450</w:t>
            </w:r>
          </w:p>
        </w:tc>
        <w:tc>
          <w:tcPr>
            <w:tcW w:type="dxa" w:w="1728"/>
          </w:tcPr>
          <w:p>
            <w:r>
              <w:t>3 600</w:t>
            </w:r>
          </w:p>
        </w:tc>
      </w:tr>
      <w:tr>
        <w:tc>
          <w:tcPr>
            <w:tcW w:type="dxa" w:w="1728"/>
          </w:tcPr>
          <w:p>
            <w:r>
              <w:t>Doprava materiálu na stavbu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cesta</w:t>
            </w:r>
          </w:p>
        </w:tc>
        <w:tc>
          <w:tcPr>
            <w:tcW w:type="dxa" w:w="1728"/>
          </w:tcPr>
          <w:p>
            <w:r>
              <w:t>250</w:t>
            </w:r>
          </w:p>
        </w:tc>
        <w:tc>
          <w:tcPr>
            <w:tcW w:type="dxa" w:w="1728"/>
          </w:tcPr>
          <w:p>
            <w:r>
              <w:t>500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/>
    <w:p>
      <w:r>
        <w:t>Celkem bez DPH: __________ Kč</w:t>
        <w:br/>
        <w:t>DPH (12 % / 21 %): __________ Kč</w:t>
        <w:br/>
        <w:t>Celkem k úhradě: __________ Kč</w:t>
      </w:r>
    </w:p>
    <w:p>
      <w:pPr>
        <w:pStyle w:val="Heading1"/>
      </w:pPr>
      <w:r>
        <w:t>Podmínky</w:t>
      </w:r>
    </w:p>
    <w:p>
      <w:pPr>
        <w:pStyle w:val="ListBullet"/>
      </w:pPr>
      <w:r>
        <w:t>Nabídka je nezávazná a platí do uvedeného data.</w:t>
      </w:r>
    </w:p>
    <w:p>
      <w:pPr>
        <w:pStyle w:val="ListBullet"/>
      </w:pPr>
      <w:r>
        <w:t>Cena nezahrnuje práce a materiál neuvedené v nabídce.</w:t>
      </w:r>
    </w:p>
    <w:p>
      <w:pPr>
        <w:pStyle w:val="ListBullet"/>
      </w:pPr>
      <w:r>
        <w:t>Záloha: ______ %, splatnost faktury: ______ dní.</w:t>
      </w:r>
    </w:p>
    <w:p>
      <w:pPr>
        <w:pStyle w:val="ListBullet"/>
      </w:pPr>
      <w:r>
        <w:t>Termín realizace: ____________________</w:t>
      </w:r>
    </w:p>
    <w:p>
      <w:r>
        <w:br/>
        <w:t>V ______________ dne __________        Podpis a razítko dodavatele: ______________________</w:t>
      </w:r>
    </w:p>
    <w:sectPr w:rsidR="00FC693F" w:rsidRPr="0006063C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